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1B697D"/>
          <w:sz w:val="22"/>
        </w:rPr>
        <w:t>GRADUATE ENGINEER TRAINEE  /  [DISCIPLINE]</w:t>
      </w:r>
    </w:p>
    <w:p>
      <w:pPr>
        <w:spacing w:after="240"/>
        <w:pBdr>
          <w:bottom w:val="single" w:sz="13" w:space="10" w:color="1B697D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B697D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Recent [engineering discipline] graduate with grounding in [core subject 1], [core subject 2] and [technical method]. Practical experience from [lab, internship or capstone project] with strong interest in [manufacturing / quality / field operations].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B697D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Engineering Fundamentals:  </w:t>
      </w:r>
      <w:r>
        <w:rPr>
          <w:rFonts w:ascii="Inter" w:hAnsi="Inter"/>
          <w:b w:val="0"/>
          <w:color w:val="252D3B"/>
          <w:sz w:val="20"/>
        </w:rPr>
        <w:t>[Manufacturing, testing, metrology or discipline-specific topics]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Industry Tools:  </w:t>
      </w:r>
      <w:r>
        <w:rPr>
          <w:rFonts w:ascii="Inter" w:hAnsi="Inter"/>
          <w:b w:val="0"/>
          <w:color w:val="252D3B"/>
          <w:sz w:val="20"/>
        </w:rPr>
        <w:t>[AutoCAD, Excel, PLC, MATLAB or required software]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Work Practices:  </w:t>
      </w:r>
      <w:r>
        <w:rPr>
          <w:rFonts w:ascii="Inter" w:hAnsi="Inter"/>
          <w:b w:val="0"/>
          <w:color w:val="252D3B"/>
          <w:sz w:val="20"/>
        </w:rPr>
        <w:t>[Safety, inspection, data logging, technical reporting]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B697D"/>
          <w:sz w:val="21"/>
        </w:rPr>
        <w:t>INDUSTRIAL TRAINING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[Trainee / Intern]  |  [Plant / Company]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Observed and supported [production / testing / inspection] procedures under supervision.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Recorded [process observations / inspection readings] and reviewed [finding / conclusion].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Learned [equipment, SOP or safety requirement] relevant to [target role].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B697D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[Final-Year Technical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Defined the problem and developed [prototype / model / design] using [tools or materials].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Evaluated [performance / quality] through [tests, calculations or observations].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[Laboratory / Team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Collaborated with [team] to complete [engineering task] and prepared [report / presentation].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B697D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[B.E. / B.Tech in Branch]  |  [College]  |  [Year]  |  [CGPA]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B697D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[Workshop / industrial certificate]  |  [Issuer]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[Relevant technical competition / society role]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Engineering Fresher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