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Inter" w:hAnsi="Inter"/>
          <w:b/>
          <w:color w:val="172138"/>
          <w:sz w:val="54"/>
        </w:rPr>
        <w:t>YOUR FULL NAME</w:t>
      </w:r>
    </w:p>
    <w:p>
      <w:pPr>
        <w:spacing w:after="140"/>
      </w:pPr>
      <w:r>
        <w:rPr>
          <w:rFonts w:ascii="Inter" w:hAnsi="Inter"/>
          <w:b/>
          <w:color w:val="5157A1"/>
          <w:sz w:val="22"/>
        </w:rPr>
        <w:t>MECHANICAL DESIGN ENGINEER  /  CATIA · AUTOCAD</w:t>
      </w:r>
    </w:p>
    <w:p>
      <w:pPr>
        <w:spacing w:after="240"/>
        <w:pBdr>
          <w:bottom w:val="single" w:sz="13" w:space="10" w:color="5157A1"/>
        </w:pBdr>
      </w:pPr>
      <w:r>
        <w:rPr>
          <w:rFonts w:ascii="Inter" w:hAnsi="Inter"/>
          <w:b w:val="0"/>
          <w:color w:val="516074"/>
          <w:sz w:val="18"/>
        </w:rPr>
        <w:t>[City, State]   |   [+91 XXXXX XXXXX]   |   [name@email.com]   |   [LinkedIn / Portfolio]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5157A1"/>
          <w:sz w:val="21"/>
        </w:rPr>
        <w:t>PROFESSIONAL PROFILE</w:t>
      </w:r>
    </w:p>
    <w:p>
      <w:pPr>
        <w:spacing w:after="102"/>
      </w:pPr>
      <w:r>
        <w:rPr>
          <w:rFonts w:ascii="Inter" w:hAnsi="Inter"/>
          <w:b w:val="0"/>
          <w:color w:val="252D3B"/>
          <w:sz w:val="20"/>
        </w:rPr>
        <w:t>Mechanical design [engineer / graduate] skilled in [2D drafting, 3D part modelling and GD&amp;T]. Experienced with [machined / fabricated parts], drawing revisions and coordination with production and quality teams. Interested in [design / development] roles.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5157A1"/>
          <w:sz w:val="21"/>
        </w:rPr>
        <w:t>CORE SKILLS</w:t>
      </w:r>
    </w:p>
    <w:p>
      <w:pPr>
        <w:spacing w:after="80"/>
      </w:pPr>
      <w:r>
        <w:rPr>
          <w:rFonts w:ascii="Inter" w:hAnsi="Inter"/>
          <w:b/>
          <w:color w:val="27394B"/>
          <w:sz w:val="20"/>
        </w:rPr>
        <w:t xml:space="preserve">CAD &amp; Drafting:  </w:t>
      </w:r>
      <w:r>
        <w:rPr>
          <w:rFonts w:ascii="Inter" w:hAnsi="Inter"/>
          <w:b w:val="0"/>
          <w:color w:val="252D3B"/>
          <w:sz w:val="20"/>
        </w:rPr>
        <w:t>[CATIA V5, AutoCAD, SolidWorks, Creo]</w:t>
      </w:r>
    </w:p>
    <w:p>
      <w:pPr>
        <w:spacing w:after="80"/>
      </w:pPr>
      <w:r>
        <w:rPr>
          <w:rFonts w:ascii="Inter" w:hAnsi="Inter"/>
          <w:b/>
          <w:color w:val="27394B"/>
          <w:sz w:val="20"/>
        </w:rPr>
        <w:t xml:space="preserve">Engineering:  </w:t>
      </w:r>
      <w:r>
        <w:rPr>
          <w:rFonts w:ascii="Inter" w:hAnsi="Inter"/>
          <w:b w:val="0"/>
          <w:color w:val="252D3B"/>
          <w:sz w:val="20"/>
        </w:rPr>
        <w:t>[GD&amp;T, engineering drawings, BOM, tolerance analysis]</w:t>
      </w:r>
    </w:p>
    <w:p>
      <w:pPr>
        <w:spacing w:after="80"/>
      </w:pPr>
      <w:r>
        <w:rPr>
          <w:rFonts w:ascii="Inter" w:hAnsi="Inter"/>
          <w:b/>
          <w:color w:val="27394B"/>
          <w:sz w:val="20"/>
        </w:rPr>
        <w:t xml:space="preserve">Manufacturing:  </w:t>
      </w:r>
      <w:r>
        <w:rPr>
          <w:rFonts w:ascii="Inter" w:hAnsi="Inter"/>
          <w:b w:val="0"/>
          <w:color w:val="252D3B"/>
          <w:sz w:val="20"/>
        </w:rPr>
        <w:t>[Machining, welding, fixtures, inspection, material selection]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5157A1"/>
          <w:sz w:val="21"/>
        </w:rPr>
        <w:t>ENGINEERING EXPERIENCE</w:t>
      </w:r>
    </w:p>
    <w:p>
      <w:pPr>
        <w:keepNext/>
        <w:spacing w:before="80" w:after="80"/>
      </w:pPr>
      <w:r>
        <w:rPr>
          <w:rFonts w:ascii="Inter" w:hAnsi="Inter"/>
          <w:b/>
          <w:color w:val="1A2737"/>
          <w:sz w:val="20"/>
        </w:rPr>
        <w:t>[Design Engineer]  |  [Company, Location]  |  [Dates]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Prepared 2D drawings and 3D models for [components / assemblies] using [CAD system].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Coordinated drawing corrections and revisions with [production / quality / supplier] to resolve [issue].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Maintained [BOMs / part lists / change records] for [project / customer requirement].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5157A1"/>
          <w:sz w:val="21"/>
        </w:rPr>
        <w:t>SELECTED PROJECTS</w:t>
      </w:r>
    </w:p>
    <w:p>
      <w:pPr>
        <w:keepNext/>
        <w:spacing w:before="80" w:after="80"/>
      </w:pPr>
      <w:r>
        <w:rPr>
          <w:rFonts w:ascii="Inter" w:hAnsi="Inter"/>
          <w:b/>
          <w:color w:val="1A2737"/>
          <w:sz w:val="20"/>
        </w:rPr>
        <w:t>[Fixture / Component Design Project]  |  [Year]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Designed [part / jig / fixture] with [material and manufacturing constraints].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Checked [dimensions / fits / tolerances] against [drawing / functional requirement].</w:t>
      </w:r>
    </w:p>
    <w:p>
      <w:pPr>
        <w:keepNext/>
        <w:spacing w:before="80" w:after="80"/>
      </w:pPr>
      <w:r>
        <w:rPr>
          <w:rFonts w:ascii="Inter" w:hAnsi="Inter"/>
          <w:b/>
          <w:color w:val="1A2737"/>
          <w:sz w:val="20"/>
        </w:rPr>
        <w:t>[CAD / Manufacturing Improvement]  |  [Year]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Reviewed [manufacturing step] and documented [design or process improvement].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5157A1"/>
          <w:sz w:val="21"/>
        </w:rPr>
        <w:t>EDUCATION</w:t>
      </w:r>
    </w:p>
    <w:p>
      <w:pPr>
        <w:spacing w:after="102"/>
      </w:pPr>
      <w:r>
        <w:rPr>
          <w:rFonts w:ascii="Inter" w:hAnsi="Inter"/>
          <w:b w:val="0"/>
          <w:color w:val="252D3B"/>
          <w:sz w:val="20"/>
        </w:rPr>
        <w:t>[B.E. Mechanical Engineering]  |  [College]  |  [Year]</w:t>
      </w:r>
    </w:p>
    <w:p>
      <w:pPr>
        <w:spacing w:after="102"/>
      </w:pPr>
      <w:r>
        <w:rPr>
          <w:rFonts w:ascii="Inter" w:hAnsi="Inter"/>
          <w:b w:val="0"/>
          <w:color w:val="252D3B"/>
          <w:sz w:val="20"/>
        </w:rPr>
        <w:t>[Diploma in Mechanical Engineering, optional]  |  [Institution]  |  [Year]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5157A1"/>
          <w:sz w:val="21"/>
        </w:rPr>
        <w:t>CERTIFICATIONS &amp; ADDITIONAL DETAILS</w:t>
      </w:r>
    </w:p>
    <w:p>
      <w:pPr>
        <w:spacing w:after="102"/>
      </w:pPr>
      <w:r>
        <w:rPr>
          <w:rFonts w:ascii="Inter" w:hAnsi="Inter"/>
          <w:b w:val="0"/>
          <w:color w:val="252D3B"/>
          <w:sz w:val="20"/>
        </w:rPr>
        <w:t>[CATIA V5 / AutoCAD / GD&amp;T certification]  |  [Provider]</w:t>
      </w:r>
    </w:p>
    <w:sectPr w:rsidR="00FC693F" w:rsidRPr="0006063C" w:rsidSect="00034616">
      <w:pgSz w:w="11905" w:h="16838"/>
      <w:pgMar w:top="893" w:right="1138" w:bottom="850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95" w:lineRule="auto" w:after="96"/>
    </w:pPr>
    <w:rPr>
      <w:rFonts w:ascii="Inter" w:hAnsi="Inter"/>
      <w:color w:val="27313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D2DJobs | Modern Mechanical Design Engineer | ATS-Friendly Resume</dc:title>
  <dc:subject>Modern single-column editable resume template</dc:subject>
  <dc:creator>D2DJobs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