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Inter" w:hAnsi="Inter"/>
          <w:b/>
          <w:color w:val="172138"/>
          <w:sz w:val="54"/>
        </w:rPr>
        <w:t>YOUR FULL NAME</w:t>
      </w:r>
    </w:p>
    <w:p>
      <w:pPr>
        <w:spacing w:after="140"/>
      </w:pPr>
      <w:r>
        <w:rPr>
          <w:rFonts w:ascii="Inter" w:hAnsi="Inter"/>
          <w:b/>
          <w:color w:val="25764C"/>
          <w:sz w:val="22"/>
        </w:rPr>
        <w:t>DATA ANALYST  /  SQL · EXCEL · [POWER BI]</w:t>
      </w:r>
    </w:p>
    <w:p>
      <w:pPr>
        <w:spacing w:after="240"/>
        <w:pBdr>
          <w:bottom w:val="single" w:sz="13" w:space="10" w:color="25764C"/>
        </w:pBdr>
      </w:pPr>
      <w:r>
        <w:rPr>
          <w:rFonts w:ascii="Inter" w:hAnsi="Inter"/>
          <w:b w:val="0"/>
          <w:color w:val="516074"/>
          <w:sz w:val="18"/>
        </w:rPr>
        <w:t>[City, State]   |   [+91 XXXXX XXXXX]   |   [name@email.com]   |   [LinkedIn / Portfolio]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5764C"/>
          <w:sz w:val="21"/>
        </w:rPr>
        <w:t>PROFESSIONAL PROFILE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Analytical [graduate / professional] with experience in [data preparation / KPI reporting / dashboard building]. Comfortable using [SQL, Excel and BI tools] to explain patterns, validate data quality and support operational decisions.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5764C"/>
          <w:sz w:val="21"/>
        </w:rPr>
        <w:t>CORE SKILLS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Data Preparation:  </w:t>
      </w:r>
      <w:r>
        <w:rPr>
          <w:rFonts w:ascii="Inter" w:hAnsi="Inter"/>
          <w:b w:val="0"/>
          <w:color w:val="252D3B"/>
          <w:sz w:val="20"/>
        </w:rPr>
        <w:t>[Excel, Power Query, SQL joins, data validation, ETL]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Visualization:  </w:t>
      </w:r>
      <w:r>
        <w:rPr>
          <w:rFonts w:ascii="Inter" w:hAnsi="Inter"/>
          <w:b w:val="0"/>
          <w:color w:val="252D3B"/>
          <w:sz w:val="20"/>
        </w:rPr>
        <w:t>[Power BI, Tableau, dashboards, data storytelling]</w:t>
      </w:r>
    </w:p>
    <w:p>
      <w:pPr>
        <w:spacing w:after="80"/>
      </w:pPr>
      <w:r>
        <w:rPr>
          <w:rFonts w:ascii="Inter" w:hAnsi="Inter"/>
          <w:b/>
          <w:color w:val="27394B"/>
          <w:sz w:val="20"/>
        </w:rPr>
        <w:t xml:space="preserve">Analysis:  </w:t>
      </w:r>
      <w:r>
        <w:rPr>
          <w:rFonts w:ascii="Inter" w:hAnsi="Inter"/>
          <w:b w:val="0"/>
          <w:color w:val="252D3B"/>
          <w:sz w:val="20"/>
        </w:rPr>
        <w:t>[KPI reporting, descriptive statistics, stakeholder communication]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5764C"/>
          <w:sz w:val="21"/>
        </w:rPr>
        <w:t>ANALYTICS EXPERIENCE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[Data Analyst / Reporting Intern]  |  [Organization]  |  [Dates]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Cleaned and reconciled [data source] by identifying [missing, duplicate or invalid values].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Built a dashboard for [KPI / process] that helped [stakeholder] review [trend / result].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Automated [recurring report / data task] using [tool], reducing [verified processing step / effort].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5764C"/>
          <w:sz w:val="21"/>
        </w:rPr>
        <w:t>SELECTED PROJECTS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[Sales / Operations Dashboard]  |  [Portfolio URL]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Joined [number and source] datasets; created [measures / charts] to answer [business question].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Documented assumptions, limitations and [key findings / recommendations].</w:t>
      </w:r>
    </w:p>
    <w:p>
      <w:pPr>
        <w:keepNext/>
        <w:spacing w:before="80" w:after="80"/>
      </w:pPr>
      <w:r>
        <w:rPr>
          <w:rFonts w:ascii="Inter" w:hAnsi="Inter"/>
          <w:b/>
          <w:color w:val="1A2737"/>
          <w:sz w:val="20"/>
        </w:rPr>
        <w:t>[SQL Data Analysis Case Study]  |  [Year]</w:t>
      </w:r>
    </w:p>
    <w:p>
      <w:pPr>
        <w:spacing w:after="80"/>
        <w:ind w:left="288" w:hanging="187"/>
      </w:pPr>
      <w:r>
        <w:rPr>
          <w:rFonts w:ascii="Inter" w:hAnsi="Inter"/>
          <w:b w:val="0"/>
          <w:color w:val="252D3B"/>
          <w:sz w:val="20"/>
        </w:rPr>
        <w:t>•  Wrote queries using [joins, CTEs, window functions] to uncover [pattern / opportunity].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5764C"/>
          <w:sz w:val="21"/>
        </w:rPr>
        <w:t>EDUCATION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[Degree / Specialization]  |  [University]  |  [Year]</w:t>
      </w:r>
    </w:p>
    <w:p>
      <w:pPr>
        <w:keepNext/>
        <w:spacing w:before="260" w:after="130"/>
        <w:pBdr>
          <w:bottom w:val="single" w:sz="4" w:space="5" w:color="D7DDE7"/>
        </w:pBdr>
      </w:pPr>
      <w:r>
        <w:rPr>
          <w:rFonts w:ascii="Inter" w:hAnsi="Inter"/>
          <w:b/>
          <w:color w:val="25764C"/>
          <w:sz w:val="21"/>
        </w:rPr>
        <w:t>CERTIFICATIONS &amp; ADDITIONAL DETAILS</w:t>
      </w:r>
    </w:p>
    <w:p>
      <w:pPr>
        <w:spacing w:after="102"/>
      </w:pPr>
      <w:r>
        <w:rPr>
          <w:rFonts w:ascii="Inter" w:hAnsi="Inter"/>
          <w:b w:val="0"/>
          <w:color w:val="252D3B"/>
          <w:sz w:val="20"/>
        </w:rPr>
        <w:t>[Power BI / SQL / Excel credential]  |  [Issuer]  |  [Year]</w:t>
      </w:r>
    </w:p>
    <w:sectPr w:rsidR="00FC693F" w:rsidRPr="0006063C" w:rsidSect="00034616">
      <w:pgSz w:w="11905" w:h="16838"/>
      <w:pgMar w:top="893" w:right="1138" w:bottom="850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5" w:lineRule="auto" w:after="96"/>
    </w:pPr>
    <w:rPr>
      <w:rFonts w:ascii="Inter" w:hAnsi="Inter"/>
      <w:color w:val="2731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D2DJobs | Modern Data Analyst | ATS-Friendly Resume</dc:title>
  <dc:subject>Modern single-column editable resume template</dc:subject>
  <dc:creator>D2DJobs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