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Inter" w:hAnsi="Inter"/>
          <w:b/>
          <w:color w:val="172138"/>
          <w:sz w:val="54"/>
        </w:rPr>
        <w:t>YOUR FULL NAME</w:t>
      </w:r>
    </w:p>
    <w:p>
      <w:pPr>
        <w:spacing w:after="140"/>
      </w:pPr>
      <w:r>
        <w:rPr>
          <w:rFonts w:ascii="Inter" w:hAnsi="Inter"/>
          <w:b/>
          <w:color w:val="156F74"/>
          <w:sz w:val="22"/>
        </w:rPr>
        <w:t>SOFTWARE DEVELOPER  /  [C# · ANGULAR · SQL]</w:t>
      </w:r>
    </w:p>
    <w:p>
      <w:pPr>
        <w:spacing w:after="240"/>
        <w:pBdr>
          <w:bottom w:val="single" w:sz="13" w:space="10" w:color="156F74"/>
        </w:pBdr>
      </w:pPr>
      <w:r>
        <w:rPr>
          <w:rFonts w:ascii="Inter" w:hAnsi="Inter"/>
          <w:b w:val="0"/>
          <w:color w:val="516074"/>
          <w:sz w:val="18"/>
        </w:rPr>
        <w:t>[City, State]   |   [+91 XXXXX XXXXX]   |   [name@email.com]   |   [LinkedIn / Portfolio]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156F74"/>
          <w:sz w:val="21"/>
        </w:rPr>
        <w:t>PROFESSIONAL PROFILE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Software developer with [X years / hands-on project experience] building [web applications / REST APIs] using [primary stack]. Focused on maintainable code, data-driven features and reliable releases. Seeking a [role] working on [domain or technology].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156F74"/>
          <w:sz w:val="21"/>
        </w:rPr>
        <w:t>CORE SKILLS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Programming:  </w:t>
      </w:r>
      <w:r>
        <w:rPr>
          <w:rFonts w:ascii="Inter" w:hAnsi="Inter"/>
          <w:b w:val="0"/>
          <w:color w:val="252D3B"/>
          <w:sz w:val="20"/>
        </w:rPr>
        <w:t>[C#, JavaScript, TypeScript, Python, SQL]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Frameworks:  </w:t>
      </w:r>
      <w:r>
        <w:rPr>
          <w:rFonts w:ascii="Inter" w:hAnsi="Inter"/>
          <w:b w:val="0"/>
          <w:color w:val="252D3B"/>
          <w:sz w:val="20"/>
        </w:rPr>
        <w:t>[ASP.NET Core MVC, Web API, Angular, React]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Data &amp; Tools:  </w:t>
      </w:r>
      <w:r>
        <w:rPr>
          <w:rFonts w:ascii="Inter" w:hAnsi="Inter"/>
          <w:b w:val="0"/>
          <w:color w:val="252D3B"/>
          <w:sz w:val="20"/>
        </w:rPr>
        <w:t>[SQL Server, EF Core, Git, CI/CD, Postman, Azure]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156F74"/>
          <w:sz w:val="21"/>
        </w:rPr>
        <w:t>PROFESSIONAL EXPERIENCE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[Software Developer]  |  [Company, City]  |  [Month Year - Present]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Developed [feature or module] in [technology stack] to streamline [business workflow].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Designed / integrated [API, database or component], improving [verified quality or performance outcome].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Reviewed code, resolved [defect category] and collaborated with [design / QA / users] to deliver [release].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[Software Intern / Previous Position]  |  [Company]  |  [Month Year - Month 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Built [functionality] and wrote [unit / integration tests] for [project] as part of [team].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156F74"/>
          <w:sz w:val="21"/>
        </w:rPr>
        <w:t>SELECTED PROJECTS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[Project / Product Name]  |  [GitHub / Portfolio URL]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Built [web app / API / dashboard] with [technologies]; implemented [authentication, search or reporting].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Published [deployed demo / repository] with installation notes and [measured performance if verified].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156F74"/>
          <w:sz w:val="21"/>
        </w:rPr>
        <w:t>EDUCATION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[B.E. / B.Tech / B.Sc / MCA] in [Major]  |  [Institution]  |  [Year]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156F74"/>
          <w:sz w:val="21"/>
        </w:rPr>
        <w:t>CERTIFICATIONS &amp; ADDITIONAL DETAILS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[Cloud / programming / database certificate]  |  [Issuer]  |  [Year]</w:t>
      </w:r>
    </w:p>
    <w:sectPr w:rsidR="00FC693F" w:rsidRPr="0006063C" w:rsidSect="00034616">
      <w:pgSz w:w="11905" w:h="16838"/>
      <w:pgMar w:top="893" w:right="1138" w:bottom="85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5" w:lineRule="auto" w:after="96"/>
    </w:pPr>
    <w:rPr>
      <w:rFonts w:ascii="Inter" w:hAnsi="Inter"/>
      <w:color w:val="2731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D2DJobs | Modern Software Developer | ATS-Friendly Resume</dc:title>
  <dc:subject>Modern single-column editable resume template</dc:subject>
  <dc:creator>D2DJobs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