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Inter" w:hAnsi="Inter"/>
          <w:b/>
          <w:color w:val="172138"/>
          <w:sz w:val="54"/>
        </w:rPr>
        <w:t>YOUR FULL NAME</w:t>
      </w:r>
    </w:p>
    <w:p>
      <w:pPr>
        <w:spacing w:after="140"/>
      </w:pPr>
      <w:r>
        <w:rPr>
          <w:rFonts w:ascii="Inter" w:hAnsi="Inter"/>
          <w:b/>
          <w:color w:val="2453A6"/>
          <w:sz w:val="22"/>
        </w:rPr>
        <w:t>GRADUATE TRAINEE  /  ENTRY-LEVEL [JOB TITLE]</w:t>
      </w:r>
    </w:p>
    <w:p>
      <w:pPr>
        <w:spacing w:after="240"/>
        <w:pBdr>
          <w:bottom w:val="single" w:sz="13" w:space="10" w:color="2453A6"/>
        </w:pBdr>
      </w:pPr>
      <w:r>
        <w:rPr>
          <w:rFonts w:ascii="Inter" w:hAnsi="Inter"/>
          <w:b w:val="0"/>
          <w:color w:val="516074"/>
          <w:sz w:val="18"/>
        </w:rPr>
        <w:t>[City, State]   |   [+91 XXXXX XXXXX]   |   [name@email.com]   |   [LinkedIn / Portfolio]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2453A6"/>
          <w:sz w:val="21"/>
        </w:rPr>
        <w:t>PROFESSIONAL PROFILE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Enthusiastic [degree / specialization] graduate with foundation in [two relevant skills] and practical exposure through [internship, project or coursework]. Interested in [target position] where I can contribute [relevant strength] and learn from a collaborative team.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2453A6"/>
          <w:sz w:val="21"/>
        </w:rPr>
        <w:t>CORE SKILLS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Technical Skills:  </w:t>
      </w:r>
      <w:r>
        <w:rPr>
          <w:rFonts w:ascii="Inter" w:hAnsi="Inter"/>
          <w:b w:val="0"/>
          <w:color w:val="252D3B"/>
          <w:sz w:val="20"/>
        </w:rPr>
        <w:t>[Excel / software / lab tools relevant to the vacancy]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Domain Knowledge:  </w:t>
      </w:r>
      <w:r>
        <w:rPr>
          <w:rFonts w:ascii="Inter" w:hAnsi="Inter"/>
          <w:b w:val="0"/>
          <w:color w:val="252D3B"/>
          <w:sz w:val="20"/>
        </w:rPr>
        <w:t>[Core subjects, methods, compliance or industry practices]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Additional Skills:  </w:t>
      </w:r>
      <w:r>
        <w:rPr>
          <w:rFonts w:ascii="Inter" w:hAnsi="Inter"/>
          <w:b w:val="0"/>
          <w:color w:val="252D3B"/>
          <w:sz w:val="20"/>
        </w:rPr>
        <w:t>[Written communication, presentation, analysis - only if supported]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2453A6"/>
          <w:sz w:val="21"/>
        </w:rPr>
        <w:t>INTERNSHIP / INDUSTRIAL TRAINING</w:t>
      </w:r>
    </w:p>
    <w:p>
      <w:pPr>
        <w:keepNext/>
        <w:spacing w:before="80" w:after="80"/>
      </w:pPr>
      <w:r>
        <w:rPr>
          <w:rFonts w:ascii="Inter" w:hAnsi="Inter"/>
          <w:b/>
          <w:color w:val="1A2737"/>
          <w:sz w:val="20"/>
        </w:rPr>
        <w:t>[Internship Job Title]  |  [Company / Institution]  |  [Month Year - Month Year]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Assisted with [specific task / deliverable] using [tool or process] while following [standard / process].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Created or updated [documentation, report or model] to support [team or project objective].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Presented [key learning or outcome] to [supervisor, faculty or team].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2453A6"/>
          <w:sz w:val="21"/>
        </w:rPr>
        <w:t>SELECTED PROJECTS</w:t>
      </w:r>
    </w:p>
    <w:p>
      <w:pPr>
        <w:keepNext/>
        <w:spacing w:before="80" w:after="80"/>
      </w:pPr>
      <w:r>
        <w:rPr>
          <w:rFonts w:ascii="Inter" w:hAnsi="Inter"/>
          <w:b/>
          <w:color w:val="1A2737"/>
          <w:sz w:val="20"/>
        </w:rPr>
        <w:t>[Final-Year Project Name]  |  [Year]  |  [Tools Used]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Designed / developed / analyzed [solution] to solve [defined problem] for [target user].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Applied [methods / software] and validated the result with [test / output / metric].</w:t>
      </w:r>
    </w:p>
    <w:p>
      <w:pPr>
        <w:keepNext/>
        <w:spacing w:before="80" w:after="80"/>
      </w:pPr>
      <w:r>
        <w:rPr>
          <w:rFonts w:ascii="Inter" w:hAnsi="Inter"/>
          <w:b/>
          <w:color w:val="1A2737"/>
          <w:sz w:val="20"/>
        </w:rPr>
        <w:t>[Mini Project or Academic Case Study]  |  [Year]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Researched [topic], compared [options] and summarized [conclusion or recommendation].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2453A6"/>
          <w:sz w:val="21"/>
        </w:rPr>
        <w:t>EDUCATION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[Degree / Branch]  |  [College / University]  |  [Graduation Year]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[CGPA / Percentage, optional]  |  Relevant coursework: [Subject 1], [Subject 2]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2453A6"/>
          <w:sz w:val="21"/>
        </w:rPr>
        <w:t>CERTIFICATIONS &amp; ADDITIONAL DETAILS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[Certification or Workshop]  |  [Provider]  |  [Year]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[Academic award, leadership, volunteering or competition - optional]</w:t>
      </w:r>
    </w:p>
    <w:sectPr w:rsidR="00FC693F" w:rsidRPr="0006063C" w:rsidSect="00034616">
      <w:pgSz w:w="11905" w:h="16838"/>
      <w:pgMar w:top="893" w:right="1138" w:bottom="850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5" w:lineRule="auto" w:after="96"/>
    </w:pPr>
    <w:rPr>
      <w:rFonts w:ascii="Inter" w:hAnsi="Inter"/>
      <w:color w:val="2731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D2DJobs | Modern Fresher Graduate | ATS-Friendly Resume</dc:title>
  <dc:subject>Modern single-column editable resume template</dc:subject>
  <dc:creator>D2DJobs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